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מהו סיפור חברתי – סוגי משפטים ואיזון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לעמוד ״מהו סיפור חברתי״: מזהים את ארבעת סוגי המשפטים (תיאור, נקודת מבט, חיזוק, מה אני יכול/ה לנסות), בודקים את כלל האיזון, מתקנים ניסוחים של ״אסור/חייב״ ומבחינים מתי משתמשים בסיפור ומתי לא. מתאים לתלמידים ותלמידות בחט״ב ובתיכון שכותבים סיפורים לצעירים, ולצוות.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באיזה גוף כותבים בדרך כלל סיפור חברתי?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גוף ראשון – ״אני״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כלל האיזון?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לכל משפט ״מה אני יכול/ה לנסות״ – לפחות שני משפטים מהסוגים האחרים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חברתי כדאי לכתוב ״אסור לרוץ״ ו״חייב לשבת בשקט״.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מנסחים בעדינות: ״אני יכול/ה לנסות ללכת לאט״, ״אפשר…״.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כדאי להשתמש במילים ״לפעמים״ ו״בדרך כלל״, כי החיים משתנים.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שמספר מה אחרים אולי מרגישים או חושבים נקרא משפט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מבט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בהפסקה הרבה ילדים יוצאים לחצר.، בבוקר אני נוסע/ת בהסעה לבית הספר. | נקודת מבט: המורה שמחה כשאני מצטרף/ת לתור.، החברים שלי אוהבים לשחק איתי. | חיזוק: זה בסדר להרגיש קצת מתח.، אני יכול/ה להתמודד עם שינויים. | מה אני יכול/ה לנסות: אני יכול/ה לנשום לאט ולספור עד חמש.، אני יכול/ה לבקש מהמורה הפסקה קצרה.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מצב לסיבה שבגללה כדאי סיפור חברתי.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2–ב, 3–א,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תקנו את הניסוח: ״אסור לך לצעוק בתור!״ – כתבו אותו מחדש כמשפט ״מה אני יכול/ה לנסות״.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״כשאני מחכה בתור, אני יכול/ה לדבר בקול שקט.״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מצב: ״חזרה מהפסקה לכיתה״. כתבו משפט תיאור אחד ומשפט נקודת מבט אחד.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״כשהפעמון מצלצל, כולם חוזרים לכיתה.״ נקודת מבט: ״המורה שמחה כשכולם מגיעים בזמן.״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סיפור חברתי קצר (4–6 עמודים, משפט או שניים בכל עמוד) על מצב שבחרתם: ביקור בספרייה, החלפת מקום ישיבה או טקס בבית הספר. שמרו על כלל האיזון וסמנו ליד כל משפט את סוגו (ת / נ / ח / מ).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גוף ראשון, שפה רגועה, ״לפעמים/בדרך כלל״, איזון (לכל משפט מ׳ – שניים אחרים), סיום חיובי ונכון, בלי פרטים מזהים.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תיאור, נקודת מבט, חיזוק, מה אני יכול/ה לנסות; לא ברגע סערה ולא כעונש.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"מהו סיפור חברתי – סוגי משפטים ואיזון"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📖 מהו סיפור חברתי – סוגי משפטים ואיזון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מה יודעים על סיפור חברתי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נקודת מבט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באיזה גוף כותבים בדרך כלל סיפור חברתי?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גוף ראשון – ״אני״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גוף שני – ״אתה/את״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גוף שלישי רבים – ״הם״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מהו כלל האיזון?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לכל משפט ״מה אני יכול/ה לנסות״ – לפחות שני משפטים מהסוגים האחרים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כל משפט צריך להיות הוראה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מספר העמודים צריך להיות זוגי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בסיפור חברתי כדאי לכתוב ״אסור לרוץ״ ו״חייב לשבת בשקט״.      ◯ נכון   ◯ לא נכון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כדאי להשתמש במילים ״לפעמים״ ו״בדרך כלל״, כי החיים משתנים.      ◯ נכון   ◯ לא נכון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משפט שמספר מה אחרים אולי מרגישים או חושבים נקרא משפט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ממיינים ומתקנים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כל משפט במקום הנכון.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30"/>
          <w:rtl/>
          <w:szCs w:val="30"/>
          <w:bCs/>
        </w:rPr>
        <w:t>🧺 מחסן מילים:  החברים שלי אוהבים לשחק איתי.   ·   בהפסקה הרבה ילדים יוצאים לחצר.   ·   המורה שמחה כשאני מצטרף/ת לתור.   ·   זה בסדר להרגיש קצת מתח.   ·   בבוקר אני נוסע/ת בהסעה לבית הספר.   ·   אני יכול/ה להתמודד עם שינויים.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חיזוק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מה אני יכול/ה לנסות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התאימו כל מצב לסיבה שבגללה כדאי סיפור חברתי.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טיול שנתי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לתרגל מיומנות חברתית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מורה מחליף/ה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שינוי בשגרה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להצטרף למשחק בהפסקה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לעבד מצב שהיה קשה ולהתכונן לפעם הבאה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אחרי ויכוח בהפסקה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לפני מצב חדש או צפוי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8. תקנו את הניסוח: ״אסור לך לצעוק בתור!״ – כתבו אותו מחדש כמשפט ״מה אני יכול/ה לנסות״.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3 משפטים.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9. מצב: ״חזרה מהפסקה לכיתה״. כתבו משפט תיאור אחד ומשפט נקודת מבט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10. כתבו סיפור חברתי קצר (4–6 עמודים, משפט או שניים בכל עמוד) על מצב שבחרתם: ביקור בספרייה, החלפת מקום ישיבה או טקס בבית הספר. שמרו על כלל האיזון וסמנו ליד כל משפט את סוגו (ת / נ / ח / מ).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ארבעת סוגי המשפטים הם: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משפט ״מה אני יכול/ה לנסות״ שכתבתי: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מהו סיפור חברתי – סוגי משפטים ואיזון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