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👩‍🏫 מהדורה למורה – מהו סיפור חברתי – סוגי משפטים ואיזון (עולים)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דף תרגול לעמוד ״מהו סיפור חברתי״: מזהים את ארבעת סוגי המשפטים (תיאור, נקודת מבט, חיזוק, מה אני יכול/ה לנסות), בודקים את כלל האיזון, מתקנים ניסוחים של ״אסור/חייב״ ומבחינים מתי משתמשים בסיפור ומתי לא. מתאים לתלמידים ותלמידות בחט״ב ובתיכון שכותבים סיפורים לצעירים, ולצוות.</w:t>
      </w:r>
    </w:p>
    <w:p>
      <w:pPr>
        <w:bidi/>
        <w:jc w:val="right"/>
      </w:pPr>
      <w:r>
        <w:rPr>
          <w:rFonts w:ascii="Arial" w:hAnsi="Arial" w:cs="Arial"/>
          <w:color w:val="8A6A00"/>
          <w:sz w:val="22"/>
          <w:rtl/>
          <w:szCs w:val="22"/>
        </w:rPr>
        <w:t>מסלול עולים: גרסת עולים: מילון מילים בראש הדף, הוראות קצרות בעברית פשוטה, מחסן מילים להשלמות. מומלץ לעבוד בזוגות ולאפשר שימוש במילון.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שאלה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 / כיוון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איך כותבים סיפור חברתי? ״אני״, ״אתה״ או ״הם״?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גוף ראשון – ״אני״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מהו כלל האיזון?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לכל משפט ״מה אני יכול/ה לנסות״ – לפחות שני משפטים מהסוגים האחרים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בסיפור חברתי כדאי לכתוב ״אסור לרוץ״ ו״חייב לשבת בשקט״.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מנסחים בעדינות: ״אני יכול/ה לנסות ללכת לאט״, ״אפשר…״.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כדאי להשתמש במילים ״לפעמים״ ו״בדרך כלל״, כי החיים משתנים.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קוראים סיפור חברתי בדיוק ברגע של סערה רגשית.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קודם מרגיעים; קוראים את הסיפור כשרגוע.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משפט שמספר מה אחרים אולי מרגישים או חושבים נקרא משפט ____.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נקודת מבט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בסיפור כותבים רק כינוי או שם פרטי, כדי לשמור על ____.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פרטיות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מיינו את המשפטים לפי סוג המשפט.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תיאור: בהפסקה הרבה ילדים יוצאים לחצר.، בבוקר אני נוסע/ת בהסעה לבית הספר. | נקודת מבט: המורה שמחה כשאני מצטרף/ת לתור.، החברים שלי אוהבים לשחק איתי. | חיזוק: זה בסדר להרגיש קצת מתח.، אני יכול/ה להתמודד עם שינויים. | מה אני יכול/ה לנסות: אני יכול/ה לנשום לאט ולספור עד חמש.، אני יכול/ה לבקש מהמורה הפסקה קצרה.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9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התאימו כל מצב לסיבה שבגללה כדאי סיפור חברתי.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1–א, 2–ד, 3–ג, 4–ב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10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תקנו את הניסוח: ״אסור לך לצעוק בתור!״ – כתבו אותו מחדש כמשפט ״מה אני יכול/ה לנסות״.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״כשאני מחכה בתור, אני יכול/ה לדבר בקול שקט.״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מצב: ״חזרה מהפסקה לכיתה״. כתבו משפט תיאור אחד ומשפט נקודת מבט אחד.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תיאור: ״כשהפעמון מצלצל, כולם חוזרים לכיתה.״ נקודת מבט: ״המורה שמחה כשכולם מגיעים בזמן.״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4 משפטים על מצב בבית הספר: מה קורה, מה אחרים מרגישים, מה אני יכול/ה לנסות, ומשפט מחזק.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גוף ראשון, שפה רגועה, ״לפעמים/בדרך כלל״, איזון (לכל משפט מ׳ – שניים אחרים), סיום חיובי ונכון, בלי פרטים מזהים.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כרטיס יציאה – כיוון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תיאור, נקודת מבט, חיזוק, מה אני יכול/ה לנסות; לא ברגע סערה ולא כעונש.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הדף מתאים לעמוד "מהו סיפור חברתי – סוגי משפטים ואיזון" באתר. יצרה: רוית ראש בן ישי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📖 מהו סיפור חברתי – סוגי משפטים ואיזון – דף התלמיד/ה</w:t>
      </w:r>
    </w:p>
    <w:p>
      <w:pPr>
        <w:bidi/>
        <w:jc w:val="right"/>
      </w:pPr>
      <w:r>
        <w:rPr>
          <w:rFonts w:ascii="Arial" w:hAnsi="Arial" w:cs="Arial"/>
          <w:b/>
          <w:color w:val="7A2E3A"/>
          <w:sz w:val="24"/>
          <w:rtl/>
          <w:szCs w:val="24"/>
          <w:bCs/>
        </w:rPr>
        <w:t>מסלול: 🌍 עולים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📖 מילים שכדאי לדעת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בעברית קלה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English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סיפור חברתי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סיפור קצר שמסביר מצב חדש או קשה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social story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תיאור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משפט שמספר מה קורה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description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נקודת מבט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אחרים חושבים או מרגישים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perspective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חיזוק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משפט מעודד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affirmation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איזון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יחס נכון בין סוגי המשפטים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balance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גוף ראשון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כתיבה ב״אני״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first person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פרטיות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כותבים פרטים מזהים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privacy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שגרה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שקורה כל יום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routine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א׳ – מה יודעים על סיפור חברתי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 תשובה.</w:t>
      </w:r>
    </w:p>
    <w:p>
      <w:pPr>
        <w:bidi/>
        <w:jc w:val="right"/>
      </w:pPr>
      <w:r>
        <w:rPr>
          <w:rFonts w:ascii="Arial" w:hAnsi="Arial" w:cs="Arial"/>
          <w:b/>
          <w:color w:val="2A7A5A"/>
          <w:sz w:val="24"/>
          <w:rtl/>
          <w:szCs w:val="24"/>
          <w:bCs/>
        </w:rPr>
        <w:t>🧺 מחסן מילים:  נקודת מבט   ·   פרטיות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איך כותבים סיפור חברתי? ״אני״, ״אתה״ או ״הם״?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גוף ראשון – ״אני״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גוף שני – ״אתה/את״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גוף שלישי רבים – ״הם״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בלי גוף בכלל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מהו כלל האיזון?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לכל משפט ״מה אני יכול/ה לנסות״ – לפחות שני משפטים מהסוגים האחרים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כל משפט צריך להיות הוראה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מספר העמודים צריך להיות זוגי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בכל עמוד שתי תמונות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בסיפור חברתי כדאי לכתוב ״אסור לרוץ״ ו״חייב לשבת בשקט״.      ◯ נכון   ◯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כדאי להשתמש במילים ״לפעמים״ ו״בדרך כלל״, כי החיים משתנים.      ◯ נכון   ◯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קוראים סיפור חברתי בדיוק ברגע של סערה רגשית.      ◯ נכון   ◯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6. משפט שמספר מה אחרים אולי מרגישים או חושבים נקרא משפט _______________.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7. בסיפור כותבים רק כינוי או שם פרטי, כדי לשמור על _______________.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ב׳ – ממיינים ומתקנים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כל משפט במקום הנכון.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8. מיינו את המשפטים לפי סוג המשפט.</w:t>
      </w:r>
    </w:p>
    <w:p>
      <w:pPr>
        <w:bidi/>
        <w:jc w:val="right"/>
      </w:pPr>
      <w:r>
        <w:rPr>
          <w:rFonts w:ascii="Arial" w:hAnsi="Arial" w:cs="Arial"/>
          <w:b/>
          <w:color w:val="2A7A5A"/>
          <w:sz w:val="24"/>
          <w:rtl/>
          <w:szCs w:val="24"/>
          <w:bCs/>
        </w:rPr>
        <w:t>🧺 מחסן מילים:  בבוקר אני נוסע/ת בהסעה לבית הספר.   ·   זה בסדר להרגיש קצת מתח.   ·   אני יכול/ה לנשום לאט ולספור עד חמש.   ·   אני יכול/ה להתמודד עם שינויים.   ·   המורה שמחה כשאני מצטרף/ת לתור.   ·   אני יכול/ה לבקש מהמורה הפסקה קצרה.   ·   החברים שלי אוהבים לשחק איתי.   ·   בהפסקה הרבה ילדים יוצאים לחצר.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תיאור</w:t>
            </w:r>
          </w:p>
        </w:tc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נקודת מבט</w:t>
            </w:r>
          </w:p>
        </w:tc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חיזוק</w:t>
            </w:r>
          </w:p>
        </w:tc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מה אני יכול/ה לנסות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9. התאימו כל מצב לסיבה שבגללה כדאי סיפור חברתי.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האות שלי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התאמה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טיול שנתי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לפני מצב חדש או צפוי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מורה מחליף/ה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לעבד מצב שהיה קשה ולהתכונן לפעם הבאה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להצטרף למשחק בהפסקה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לתרגל מיומנות חברתית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אחרי ויכוח בהפסקה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שינוי בשגרה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10. תקנו את הניסוח: ״אסור לך לצעוק בתור!״ – כתבו אותו מחדש כמשפט ״מה אני יכול/ה לנסות״.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ג׳ – כותבים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3 משפטים.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11. מצב: ״חזרה מהפסקה לכיתה״. כתבו משפט תיאור אחד ומשפט נקודת מבט אחד.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12. כתבו 4 משפטים על מצב בבית הספר: מה קורה, מה אחרים מרגישים, מה אני יכול/ה לנסות, ומשפט מחזק.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2E3A"/>
          <w:sz w:val="28"/>
          <w:rtl/>
          <w:szCs w:val="28"/>
          <w:bCs/>
        </w:rPr>
        <w:t>🚪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ארבעת סוגי המשפטים הם: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משפט ״מה אני יכול/ה לנסות״ שכתבתי: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מתי לא קוראים סיפור חברתי?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מהו סיפור חברתי – סוגי משפטים ואיזון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