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בונים סיפור חברתי – דף תכנון ותרגול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ותכנון שמלווה את חמשת שלבי הבונה באתר (מצב, הקורא/ת, שפה ואורך, דמות, הסיפור). מתאים לתכנון על הנייר לפני העבודה באתר, או כחלופה מודפסת.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חמשת שלבי הבונה לפי הסדר באתר.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ב → ה → א → ג → 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מותר לכתוב בשם?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כינוי או שם פרטי בלבד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לקורא/ת שמתחיל/ה לקרוא, מה כדאי לבחור בשלב ״שפה ואורך״?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ניקוד ומשפט קצר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אפשר לחזור לכל שלב בבונה בכל רגע.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הסיפור שבונים נשלח אוטומטית לשרת.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הסיפור נשמר רק בדפדפן, שום דבר לא נשלח.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שלב 1 – מצב: על מה הסיפור? כתבו בכמה מילים פשוטות (למשל: ״הולכים לחתונה של בת דודה״).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מצב מוחשי ומוגדר.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עלול להיות מבלבל או מלחיץ במצב הזה? כתבו שני דברים.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רעש, הרבה אנשים, זמן המתנה, משהו חדש.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אני יכול/ה לנסות לעשות? כתבו שתי אפשרויות עדינות.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״אני יכול/ה לנסות…״ / ״אפשר…״.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הסיפור: עמוד 1 – מי אני ומה המצב; עמודים 2–4 – מה קורה, מה אחרים מרגישים, מה אני יכול/ה לנסות; עמוד אחרון – סיום חיובי ונכון. ליד כל עמוד ציירו ריבוע קטן לתמונה.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מבנה עמודים, גוף ראשון, איזון, סיום חיובי, כינוי בלבד.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 שסדר השלבים בדף תואם את הבונה באתר (מצב, הקורא/ת, שפה ואורך, דמות, הסיפור).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"בונים סיפור חברתי – דף תכנון ותרגול"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🧩 בונים סיפור חברתי – דף תכנון ותרגול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חברתי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קצר שמסביר מצב חדש או קשה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social story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שמספר מה קורה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description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מבט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אחרים חושבים או מרגישים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perspective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חיזוק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מעודד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affirmation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יחס נכון בין סוגי המשפטים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balance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גוף ראשון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ב״אני״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first person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פרטיות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כותבים פרטים מזהים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privacy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שגרה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כל יום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routine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שלבי הבונה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סדרו את חמשת שלבי הבונה לפי הסדר באתר.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שפה ואורך – ניקוד, משפט קצר, מספר עמודים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מצב – על מה הסיפור?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– איך הדמות נראית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הסיפור – עריכה, תמונות והדפסה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הקורא/ת – כינוי ולשון פנייה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מותר לכתוב בשם?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כינוי או שם פרטי בלבד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שם מלא ושם בית הספר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כתובת ומספר טלפון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אבחנה רפואית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לקורא/ת שמתחיל/ה לקרוא, מה כדאי לבחור בשלב ״שפה ואורך״?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ניקוד ומשפט קצר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טקסט ארוך בלי ניקוד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רק אנגלית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בלי תמונות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אפשר לחזור לכל שלב בבונה בכל רגע.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הסיפור שבונים נשלח אוטומטית לשרת.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מתכננים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מילה או שתיים בכל שורה.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שלב 1 – מצב: על מה הסיפור? כתבו בכמה מילים פשוטות (למשל: ״הולכים לחתונה של בת דודה״).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מה עלול להיות מבלבל או מלחיץ במצב הזה? כתבו שני דברים.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מה אני יכול/ה לנסות לעשות? כתבו שתי אפשרויות עדינות.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את 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4 משפטים. אפשר לצייר.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כתבו את הסיפור: עמוד 1 – מי אני ומה המצב; עמודים 2–4 – מה קורה, מה אחרים מרגישים, מה אני יכול/ה לנסות; עמוד אחרון – סיום חיובי ונכון. ליד כל עמוד ציירו ריבוע קטן לתמונה.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השלב הכי חשוב בבונה לדעתי: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משפט סיום חיובי לסיפור 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עוד אוסיף לסיפור?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בונים סיפור חברתי – דף תכנון ותרגול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