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סיפורים חברתיים: בית הספר – חלק א׳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לסיפורי הנושא ״בית הספר – חלק א׳״ בספרייה: מחכים בתור، יוצאים לטיול، מבקשים עזרה، עוברים מפעילות לפעילות، לפני מבחן ובזמן מבחן. קוראים יחד את הסיפור באתר (אפשר בהקראה ובגרסה הקצרה), ואז עונים: מה כתוב בסיפור, מסדרים את רצף האירועים, ממיינים סוגי משפטים וכותבים עמוד חדש.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״מחכים בתור״?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לפעמים קשה לי לחכות.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(״מחכים בתור״) ____ קשה לי לחכות.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״יוצאים לטיול״?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אנחנו נוסעים באוטובוס.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(״יוצאים לטיול״) אנחנו נוסעים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באוטובוס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״מבקשים עזרה״?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זה בסדר שמשהו קשה לי.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(״מבקשים עזרה״) זה בסדר ____ קשה 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שמשהו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״עוברים מפעילות לפעילות״?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לפעמים קשה לי להפסיק.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(״עוברים מפעילות לפעילות״) ____ קשה לי להפסיק.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מופיע בסיפור ״לפני מבחן ובזמן מבחן״?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לפעמים אני לחוץ/לחוצה לפני מבחן.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(״לפני מבחן ובזמן מבחן״) ____ אני לחוץ/לחוצה לפני מבחן.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״אני יכול/ה לספור עד עשר בשקט.״ מלמד מה אני יכול/ה לנסות לעשות.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״הגיע תורי, ואני גא/ה בעצמי.״ מתאר מה אחרים חושבים.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משפט מחזק – הוא אומר משהו טוב ונכון עליי.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״מחכים בתור״.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ג → ה → ב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״יוצאים לטיול״.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ה → ב → ג → ד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המשפטים לפי הסדר בסיפור ״מבקשים עזרה״.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א → ג → ב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תיאור: בתור כל אחד מחכה למקום שלו.، לפעמים קשה לי לחכות. | נקודת מבט: גם הילדים האחרים מחכים.، המבוגרים שומרים שכולם יהיו יחד. | מה אני יכול/ה לנסות: אני יכול/ה לספור עד עשר בשקט.، אני יכול/ה לבקש עזרה ממבוגר. | חיזוק: הגיע תורי, ואני גא/ה בעצמי.، היה לי טיול טוב, ואני שמח/ה.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כל סיפור למשפט ״מה אני יכול/ה לנסות״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2–ה, 3–א, 4–ב, 5–ג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בסיפור ״מחכים בתור״: כתבו שני דברים שאפשר לנסות לעשות במצב הזה.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בזמן שאני מחכה, אני יכול/ה לנסות לנשום לאט, לספור עד עשר או להחזיק את הידיים קרוב לגוף. / אם מישהו נדחף, אני יכול/ה להגיד בשקט: אני בתור, בבקשה לחכות. אפשר גם לפנות למבוגר.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אתם מרגישים כשקורה מצב כמו בסיפור ״לפני מבחן ובזמן מבחן״? כתבו או ציירו פרצוף.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לקבל כל רגש ולשאול מה עוזר.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עמוד חדש לאחד הסיפורים (״מחכים בתור״ / ״יוצאים לטיול״ / ״מבקשים עזרה״ / ״עוברים מפעילות לפעילות״ / ״לפני מבחן ובזמן מבחן״): משפט שמתאר מה קורה, משפט על מה אחרים מרגישים, ומשפט ״אני יכול/ה לנסות…״. אפשר לצייר 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שלושה סוגי משפטים, בגוף ראשון, בשפה רגועה וחיובית, בלי ״אסור״ ו״חייב״.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אישית; לחזק כל ניסיון.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"סיפורים חברתיים: בית הספר – חלק א׳"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🏫 סיפורים חברתיים: בית הספר – חלק א׳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הסיפורים באתר וענו.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משפט מופיע בסיפור ״מחכים בתור״?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לפעמים קשה לי לחכות.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אנחנו הולכים למספרה.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קודם אני מסתכל/ת על המשחק.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כולם הולכים לשירותים, זה טבעי.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(״מחכים בתור״) _______________ קשה לי לחכות.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משפט מופיע בסיפור ״יוצאים לטיול״?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אנחנו נוסעים באוטובוס.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בצ׳אט לא רואים את הפנים.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מתמתח/ת לאט.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(״יוצאים לטיול״) אנחנו נוסעים _______________.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איזה משפט מופיע בסיפור ״מבקשים עזרה״?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אני משאיר/ה מרחק של 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הכול כאן חדש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זה בסדר שמשהו קשה לי.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מי שמלמד אותנו לא כאן היום.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(״מבקשים עזרה״) זה בסדר _______________ קשה לי.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איזה משפט מופיע בסיפור ״עוברים מפעילות לפעילות״?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בכל משחק מישהו מנצח ומישהו מפסיד.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במסיבה יש בלונים ומוזיקה.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אני מצחצח/ת שיניים לפני השינה.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לפעמים קשה לי להפסיק.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(״עוברים מפעילות לפעילות״) _______________ קשה לי להפסיק.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איזה משפט מופיע בסיפור ״לפני מבחן ובזמן מבחן״?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לפעמים אני לחוץ/לחוצה לפני מבחן.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אמא מלווה אותי עד השער.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תינוקות בוכים כי אין להם מילים.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אני מתמתח/ת לאט.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(״לפני מבחן ובזמן מבחן״) _______________ אני לחוץ/לחוצה לפני מבחן.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המשפט ״אני יכול/ה לספור עד עשר בשקט.״ מלמד מה אני יכול/ה לנסות לעשות.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המשפט ״הגיע תורי, ואני גא/ה בעצמי.״ מתאר מה אחרים חושבים.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סדר וסוגי משפטים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מיינו והתאימו.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סדרו את המשפטים לפי הסדר בסיפור ״מחכים בתור״.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בתור כל אחד מחכה למקום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התור מתקדם לאט.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לספור עד עשר בשקט.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הגיע תורי, ואני גא/ה בעצמי.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לבקש עזרה ממבוגר.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סדרו את המשפטים לפי הסדר בסיפור ״יוצאים לטיול״.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היה לי טיול טוב, ואני שמח/ה.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אנחנו נוסעים באוטובוס.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המבוגרים שומרים שכולם יהיו יחד.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להגיד למבוגר מה אני צריך/צריכה.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מכין/מכינה תיק עם מים וכובע.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סדרו את המשפטים לפי הסדר בסיפור ״מבקשים עזרה״.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 בסדר שמשהו קשה 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מרים/מרימה יד ואומר/ת: עזרה, בבקשה.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המבוגרים שמחים לעזור 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משהו לא מצליח לי.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לפעמים אני מחכה רגע קטן.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מיינו את המשפטים לפי סוג המשפט.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בתור כל אחד מחכה למקום שלו.   ·   הגיע תורי, ואני גא/ה בעצמי.   ·   המבוגרים שומרים שכולם יהיו יחד.   ·   היה לי טיול טוב, ואני שמח/ה.   ·   אני יכול/ה לבקש עזרה ממבוגר.   ·   אני יכול/ה לספור עד עשר בשקט.   ·   גם הילדים האחרים מחכים.   ·   לפעמים קשה לי לחכות.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תיאור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נקודת מבט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אני יכול/ה לנסות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חיזוק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17. התאימו כל סיפור למשפט ״מה אני יכול/ה לנסות״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🧍 מחכים בתור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מרים/מרימה יד ואומר/ת: עזרה, בבקשה.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🎒 יוצאים לטיול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מסדר/ת ועובר/ת לפעילות הבאה.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🙋 מבקשים עזרה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נושם/נושמת לאט וקורא/ת כל שאלה.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⏭️ עוברים מפעילות לפעילות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לספור עד עשר בשקט.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📝 לפני מבחן ובזמן מבחן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אני יכול/ה להגיד למבוגר מה אני צריך/צריכה.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אני והסיפור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או ציירו.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18. בסיפור ״מחכים בתור״: כתבו שני דברים שאפשר לנסות לעשות במצב הזה.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19. איך אתם מרגישים כשקורה מצב כמו בסיפור ״לפני מבחן ובזמן מבחן״? כתבו או ציירו פרצוף.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20. כתבו עמוד חדש לאחד הסיפורים (״מחכים בתור״ / ״יוצאים לטיול״ / ״מבקשים עזרה״ / ״עוברים מפעילות לפעילות״ / ״לפני מבחן ובזמן מבחן״): משפט שמתאר מה קורה, משפט על מה אחרים מרגישים, ומשפט ״אני יכול/ה לנסות…״. אפשר לצייר 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משפט אחד מהסיפור שעוזר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דבר אחד שאנסה לעשות: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אני מרגיש/ה עכשיו? 😊 😐 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סיפורים חברתיים: בית הספר – חלק א׳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